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4C040" w14:textId="042DB7EA" w:rsidR="00370EEC" w:rsidRPr="00C6101D" w:rsidRDefault="00000000" w:rsidP="00C6101D">
      <w:pPr>
        <w:pStyle w:val="Heading1"/>
        <w:rPr>
          <w:rFonts w:ascii="Cambria" w:hAnsi="Cambria" w:cstheme="majorHAnsi"/>
          <w:sz w:val="22"/>
          <w:szCs w:val="22"/>
          <w:lang w:val="tr-TR"/>
        </w:rPr>
      </w:pPr>
      <w:r w:rsidRPr="00C6101D">
        <w:rPr>
          <w:rFonts w:ascii="Cambria" w:hAnsi="Cambria" w:cstheme="majorHAnsi"/>
          <w:sz w:val="22"/>
          <w:szCs w:val="22"/>
          <w:lang w:val="tr-TR"/>
        </w:rPr>
        <w:t>AGÜ</w:t>
      </w:r>
      <w:r w:rsidR="001C0A05" w:rsidRPr="00C6101D">
        <w:rPr>
          <w:rFonts w:ascii="Cambria" w:hAnsi="Cambria" w:cstheme="majorHAnsi"/>
          <w:sz w:val="22"/>
          <w:szCs w:val="22"/>
          <w:lang w:val="tr-TR"/>
        </w:rPr>
        <w:t xml:space="preserve"> </w:t>
      </w:r>
      <w:r w:rsidRPr="00C6101D">
        <w:rPr>
          <w:rFonts w:ascii="Cambria" w:hAnsi="Cambria" w:cstheme="majorHAnsi"/>
          <w:sz w:val="22"/>
          <w:szCs w:val="22"/>
          <w:lang w:val="tr-TR"/>
        </w:rPr>
        <w:t>Öğretimde Yenilikçilik Ödülü Başvuru Formu</w:t>
      </w:r>
    </w:p>
    <w:p w14:paraId="06C0325E" w14:textId="77777777" w:rsidR="00370EEC" w:rsidRPr="00C6101D" w:rsidRDefault="00000000">
      <w:pPr>
        <w:pStyle w:val="Heading2"/>
        <w:rPr>
          <w:rFonts w:ascii="Cambria" w:hAnsi="Cambria" w:cstheme="majorHAnsi"/>
          <w:sz w:val="22"/>
          <w:szCs w:val="22"/>
          <w:lang w:val="tr-TR"/>
        </w:rPr>
      </w:pPr>
      <w:r w:rsidRPr="00C6101D">
        <w:rPr>
          <w:rFonts w:ascii="Cambria" w:hAnsi="Cambria" w:cstheme="majorHAnsi"/>
          <w:sz w:val="22"/>
          <w:szCs w:val="22"/>
          <w:lang w:val="tr-TR"/>
        </w:rPr>
        <w:t>A. Başvuran Bilgileri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370EEC" w:rsidRPr="00C6101D" w14:paraId="1F791696" w14:textId="77777777">
        <w:tc>
          <w:tcPr>
            <w:tcW w:w="4320" w:type="dxa"/>
          </w:tcPr>
          <w:p w14:paraId="36A6DFEC" w14:textId="77777777" w:rsidR="00370EEC" w:rsidRPr="00C6101D" w:rsidRDefault="0000000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1. Başvuranın Adı Soyadı:</w:t>
            </w:r>
          </w:p>
        </w:tc>
        <w:tc>
          <w:tcPr>
            <w:tcW w:w="4320" w:type="dxa"/>
          </w:tcPr>
          <w:p w14:paraId="3AE933E8" w14:textId="77777777" w:rsidR="00370EEC" w:rsidRPr="00C6101D" w:rsidRDefault="00370EEC">
            <w:pPr>
              <w:rPr>
                <w:rFonts w:ascii="Cambria" w:hAnsi="Cambria" w:cstheme="majorHAnsi"/>
                <w:lang w:val="tr-TR"/>
              </w:rPr>
            </w:pPr>
          </w:p>
        </w:tc>
      </w:tr>
      <w:tr w:rsidR="00370EEC" w:rsidRPr="00C6101D" w14:paraId="254365DF" w14:textId="77777777">
        <w:tc>
          <w:tcPr>
            <w:tcW w:w="4320" w:type="dxa"/>
          </w:tcPr>
          <w:p w14:paraId="03644107" w14:textId="7F2032FD" w:rsidR="00370EEC" w:rsidRPr="00C6101D" w:rsidRDefault="0000000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 xml:space="preserve">2. </w:t>
            </w:r>
            <w:r w:rsidR="001C0A05" w:rsidRPr="00C6101D">
              <w:rPr>
                <w:rFonts w:ascii="Cambria" w:hAnsi="Cambria" w:cstheme="majorHAnsi"/>
                <w:lang w:val="tr-TR"/>
              </w:rPr>
              <w:t>Unvanı</w:t>
            </w:r>
            <w:r w:rsidRPr="00C6101D">
              <w:rPr>
                <w:rFonts w:ascii="Cambria" w:hAnsi="Cambria" w:cstheme="majorHAnsi"/>
                <w:lang w:val="tr-TR"/>
              </w:rPr>
              <w:t>:</w:t>
            </w:r>
          </w:p>
        </w:tc>
        <w:tc>
          <w:tcPr>
            <w:tcW w:w="4320" w:type="dxa"/>
          </w:tcPr>
          <w:p w14:paraId="381F566D" w14:textId="77777777" w:rsidR="00370EEC" w:rsidRPr="00C6101D" w:rsidRDefault="00370EEC">
            <w:pPr>
              <w:rPr>
                <w:rFonts w:ascii="Cambria" w:hAnsi="Cambria" w:cstheme="majorHAnsi"/>
                <w:lang w:val="tr-TR"/>
              </w:rPr>
            </w:pPr>
          </w:p>
        </w:tc>
      </w:tr>
      <w:tr w:rsidR="00370EEC" w:rsidRPr="00C6101D" w14:paraId="64323A4E" w14:textId="77777777">
        <w:tc>
          <w:tcPr>
            <w:tcW w:w="4320" w:type="dxa"/>
          </w:tcPr>
          <w:p w14:paraId="25A7E06C" w14:textId="77777777" w:rsidR="00370EEC" w:rsidRPr="00C6101D" w:rsidRDefault="0000000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3. Bölüm/Fakülte:</w:t>
            </w:r>
          </w:p>
        </w:tc>
        <w:tc>
          <w:tcPr>
            <w:tcW w:w="4320" w:type="dxa"/>
          </w:tcPr>
          <w:p w14:paraId="345962DB" w14:textId="77777777" w:rsidR="00370EEC" w:rsidRPr="00C6101D" w:rsidRDefault="00370EEC">
            <w:pPr>
              <w:rPr>
                <w:rFonts w:ascii="Cambria" w:hAnsi="Cambria" w:cstheme="majorHAnsi"/>
                <w:lang w:val="tr-TR"/>
              </w:rPr>
            </w:pPr>
          </w:p>
        </w:tc>
      </w:tr>
      <w:tr w:rsidR="00370EEC" w:rsidRPr="00C6101D" w14:paraId="2453E8A9" w14:textId="77777777">
        <w:tc>
          <w:tcPr>
            <w:tcW w:w="4320" w:type="dxa"/>
          </w:tcPr>
          <w:p w14:paraId="75F3BEDD" w14:textId="77777777" w:rsidR="00370EEC" w:rsidRPr="00C6101D" w:rsidRDefault="0000000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4. Telefon (Cep/Ofis):</w:t>
            </w:r>
          </w:p>
        </w:tc>
        <w:tc>
          <w:tcPr>
            <w:tcW w:w="4320" w:type="dxa"/>
          </w:tcPr>
          <w:p w14:paraId="22EE2025" w14:textId="77777777" w:rsidR="00370EEC" w:rsidRPr="00C6101D" w:rsidRDefault="00370EEC">
            <w:pPr>
              <w:rPr>
                <w:rFonts w:ascii="Cambria" w:hAnsi="Cambria" w:cstheme="majorHAnsi"/>
                <w:lang w:val="tr-TR"/>
              </w:rPr>
            </w:pPr>
          </w:p>
        </w:tc>
      </w:tr>
      <w:tr w:rsidR="00370EEC" w:rsidRPr="00C6101D" w14:paraId="7E69E88C" w14:textId="77777777">
        <w:tc>
          <w:tcPr>
            <w:tcW w:w="4320" w:type="dxa"/>
          </w:tcPr>
          <w:p w14:paraId="42115E3B" w14:textId="77777777" w:rsidR="00370EEC" w:rsidRPr="00C6101D" w:rsidRDefault="0000000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5. E-posta:</w:t>
            </w:r>
          </w:p>
        </w:tc>
        <w:tc>
          <w:tcPr>
            <w:tcW w:w="4320" w:type="dxa"/>
          </w:tcPr>
          <w:p w14:paraId="2F58D82C" w14:textId="77777777" w:rsidR="00370EEC" w:rsidRPr="00C6101D" w:rsidRDefault="00370EEC">
            <w:pPr>
              <w:rPr>
                <w:rFonts w:ascii="Cambria" w:hAnsi="Cambria" w:cstheme="majorHAnsi"/>
                <w:lang w:val="tr-TR"/>
              </w:rPr>
            </w:pPr>
          </w:p>
        </w:tc>
      </w:tr>
    </w:tbl>
    <w:p w14:paraId="400B3786" w14:textId="77777777" w:rsidR="00370EEC" w:rsidRPr="00C6101D" w:rsidRDefault="00370EEC">
      <w:pPr>
        <w:rPr>
          <w:rFonts w:ascii="Cambria" w:hAnsi="Cambria" w:cstheme="majorHAnsi"/>
          <w:lang w:val="tr-TR"/>
        </w:rPr>
      </w:pPr>
    </w:p>
    <w:p w14:paraId="095DE27B" w14:textId="77777777" w:rsidR="00370EEC" w:rsidRPr="00C6101D" w:rsidRDefault="00000000">
      <w:pPr>
        <w:pStyle w:val="Heading2"/>
        <w:rPr>
          <w:rFonts w:ascii="Cambria" w:hAnsi="Cambria" w:cstheme="majorHAnsi"/>
          <w:sz w:val="22"/>
          <w:szCs w:val="22"/>
          <w:lang w:val="tr-TR"/>
        </w:rPr>
      </w:pPr>
      <w:r w:rsidRPr="00C6101D">
        <w:rPr>
          <w:rFonts w:ascii="Cambria" w:hAnsi="Cambria" w:cstheme="majorHAnsi"/>
          <w:sz w:val="22"/>
          <w:szCs w:val="22"/>
          <w:lang w:val="tr-TR"/>
        </w:rPr>
        <w:t>B. Ders Bilgileri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370EEC" w:rsidRPr="00C6101D" w14:paraId="0381A7EC" w14:textId="77777777">
        <w:tc>
          <w:tcPr>
            <w:tcW w:w="4320" w:type="dxa"/>
          </w:tcPr>
          <w:p w14:paraId="0B084278" w14:textId="77777777" w:rsidR="00370EEC" w:rsidRPr="00C6101D" w:rsidRDefault="0000000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1. Dersin Kodu ve Adı:</w:t>
            </w:r>
          </w:p>
        </w:tc>
        <w:tc>
          <w:tcPr>
            <w:tcW w:w="4320" w:type="dxa"/>
          </w:tcPr>
          <w:p w14:paraId="56EAA9D1" w14:textId="77777777" w:rsidR="00370EEC" w:rsidRPr="00C6101D" w:rsidRDefault="00370EEC">
            <w:pPr>
              <w:rPr>
                <w:rFonts w:ascii="Cambria" w:hAnsi="Cambria" w:cstheme="majorHAnsi"/>
                <w:lang w:val="tr-TR"/>
              </w:rPr>
            </w:pPr>
          </w:p>
        </w:tc>
      </w:tr>
      <w:tr w:rsidR="00370EEC" w:rsidRPr="00C6101D" w14:paraId="1D76FE16" w14:textId="77777777">
        <w:tc>
          <w:tcPr>
            <w:tcW w:w="4320" w:type="dxa"/>
          </w:tcPr>
          <w:p w14:paraId="2013B8EA" w14:textId="77777777" w:rsidR="00370EEC" w:rsidRPr="00C6101D" w:rsidRDefault="0000000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2. Dersin Türü (Teorik/Uygulamalı):</w:t>
            </w:r>
          </w:p>
        </w:tc>
        <w:tc>
          <w:tcPr>
            <w:tcW w:w="4320" w:type="dxa"/>
          </w:tcPr>
          <w:p w14:paraId="2FA9BAFB" w14:textId="77777777" w:rsidR="00370EEC" w:rsidRPr="00C6101D" w:rsidRDefault="00370EEC">
            <w:pPr>
              <w:rPr>
                <w:rFonts w:ascii="Cambria" w:hAnsi="Cambria" w:cstheme="majorHAnsi"/>
                <w:lang w:val="tr-TR"/>
              </w:rPr>
            </w:pPr>
          </w:p>
        </w:tc>
      </w:tr>
      <w:tr w:rsidR="00370EEC" w:rsidRPr="00C6101D" w14:paraId="3EF95B30" w14:textId="77777777">
        <w:tc>
          <w:tcPr>
            <w:tcW w:w="4320" w:type="dxa"/>
          </w:tcPr>
          <w:p w14:paraId="78FE4FBB" w14:textId="77777777" w:rsidR="00370EEC" w:rsidRPr="00C6101D" w:rsidRDefault="0000000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3. Dersin Verildiği Akademik Yıl/Dönem:</w:t>
            </w:r>
          </w:p>
        </w:tc>
        <w:tc>
          <w:tcPr>
            <w:tcW w:w="4320" w:type="dxa"/>
          </w:tcPr>
          <w:p w14:paraId="4F45AC8C" w14:textId="77777777" w:rsidR="00370EEC" w:rsidRPr="00C6101D" w:rsidRDefault="00370EEC">
            <w:pPr>
              <w:rPr>
                <w:rFonts w:ascii="Cambria" w:hAnsi="Cambria" w:cstheme="majorHAnsi"/>
                <w:lang w:val="tr-TR"/>
              </w:rPr>
            </w:pPr>
          </w:p>
        </w:tc>
      </w:tr>
    </w:tbl>
    <w:p w14:paraId="7F2C2297" w14:textId="77777777" w:rsidR="00370EEC" w:rsidRPr="00C6101D" w:rsidRDefault="00370EEC">
      <w:pPr>
        <w:rPr>
          <w:rFonts w:ascii="Cambria" w:hAnsi="Cambria" w:cstheme="majorHAnsi"/>
          <w:lang w:val="tr-TR"/>
        </w:rPr>
      </w:pPr>
    </w:p>
    <w:p w14:paraId="5B37F91C" w14:textId="77777777" w:rsidR="00370EEC" w:rsidRPr="00C6101D" w:rsidRDefault="00000000">
      <w:pPr>
        <w:pStyle w:val="Heading2"/>
        <w:rPr>
          <w:rFonts w:ascii="Cambria" w:hAnsi="Cambria" w:cstheme="majorHAnsi"/>
          <w:sz w:val="22"/>
          <w:szCs w:val="22"/>
          <w:lang w:val="tr-TR"/>
        </w:rPr>
      </w:pPr>
      <w:r w:rsidRPr="00C6101D">
        <w:rPr>
          <w:rFonts w:ascii="Cambria" w:hAnsi="Cambria" w:cstheme="majorHAnsi"/>
          <w:sz w:val="22"/>
          <w:szCs w:val="22"/>
          <w:lang w:val="tr-TR"/>
        </w:rPr>
        <w:t>C. Yenilikçi Öğretim Yaklaşımı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370EEC" w:rsidRPr="00C6101D" w14:paraId="144C1F84" w14:textId="77777777">
        <w:tc>
          <w:tcPr>
            <w:tcW w:w="4320" w:type="dxa"/>
          </w:tcPr>
          <w:p w14:paraId="0D5C8390" w14:textId="77777777" w:rsidR="00370EEC" w:rsidRPr="00C6101D" w:rsidRDefault="0000000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Soru</w:t>
            </w:r>
          </w:p>
        </w:tc>
        <w:tc>
          <w:tcPr>
            <w:tcW w:w="4320" w:type="dxa"/>
          </w:tcPr>
          <w:p w14:paraId="312FDD5E" w14:textId="77777777" w:rsidR="00370EEC" w:rsidRPr="00C6101D" w:rsidRDefault="0000000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Cevap</w:t>
            </w:r>
          </w:p>
        </w:tc>
      </w:tr>
      <w:tr w:rsidR="00370EEC" w:rsidRPr="00C6101D" w14:paraId="3B5C7B9A" w14:textId="77777777">
        <w:tc>
          <w:tcPr>
            <w:tcW w:w="4320" w:type="dxa"/>
          </w:tcPr>
          <w:p w14:paraId="4761BF8D" w14:textId="0F19826B" w:rsidR="00370EEC" w:rsidRPr="00C6101D" w:rsidRDefault="00DD6E2F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1. Kullandığınız yenilikçi yaklaşım, yöntem ve tekniklerinin neler olduğunu, bunları neden tercih ettiğinizi ve nasıl uyguladığınızı kısaca açıklayınız.</w:t>
            </w:r>
          </w:p>
        </w:tc>
        <w:tc>
          <w:tcPr>
            <w:tcW w:w="4320" w:type="dxa"/>
          </w:tcPr>
          <w:p w14:paraId="514B5BD2" w14:textId="77777777" w:rsidR="00370EEC" w:rsidRPr="00C6101D" w:rsidRDefault="00370EEC">
            <w:pPr>
              <w:rPr>
                <w:rFonts w:ascii="Cambria" w:hAnsi="Cambria" w:cstheme="majorHAnsi"/>
                <w:lang w:val="tr-TR"/>
              </w:rPr>
            </w:pPr>
          </w:p>
          <w:p w14:paraId="6A353AB5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63405292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38CE2241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70686693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0BFE71B2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</w:tc>
      </w:tr>
      <w:tr w:rsidR="00370EEC" w:rsidRPr="00C6101D" w14:paraId="5573F470" w14:textId="77777777">
        <w:tc>
          <w:tcPr>
            <w:tcW w:w="4320" w:type="dxa"/>
          </w:tcPr>
          <w:p w14:paraId="682405D6" w14:textId="77777777" w:rsidR="00370EEC" w:rsidRDefault="00DD6E2F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2. Kullandığınız yenilikçi yaklaşımları, yöntem ve teknikleri; öğrencilerin derse bağlılığına, derse katılımlarına ve daha etkili öğrenmelerine sizce olanak sağlıyor mu? Nasıl? Mümkünse örneklendirin ve destekleyin.</w:t>
            </w:r>
          </w:p>
          <w:p w14:paraId="65FE96CA" w14:textId="0C319B6A" w:rsidR="00055DE1" w:rsidRPr="00C6101D" w:rsidRDefault="00055DE1">
            <w:pPr>
              <w:rPr>
                <w:rFonts w:ascii="Cambria" w:hAnsi="Cambria" w:cstheme="majorHAnsi"/>
                <w:lang w:val="tr-TR"/>
              </w:rPr>
            </w:pPr>
          </w:p>
        </w:tc>
        <w:tc>
          <w:tcPr>
            <w:tcW w:w="4320" w:type="dxa"/>
          </w:tcPr>
          <w:p w14:paraId="157917BC" w14:textId="77777777" w:rsidR="00370EEC" w:rsidRPr="00C6101D" w:rsidRDefault="00370EEC">
            <w:pPr>
              <w:rPr>
                <w:rFonts w:ascii="Cambria" w:hAnsi="Cambria" w:cstheme="majorHAnsi"/>
                <w:lang w:val="tr-TR"/>
              </w:rPr>
            </w:pPr>
          </w:p>
          <w:p w14:paraId="78BDA679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3DE6B206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30ED4C73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6A4364C2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72EBA709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</w:tc>
      </w:tr>
      <w:tr w:rsidR="00370EEC" w:rsidRPr="00C6101D" w14:paraId="2D263877" w14:textId="77777777">
        <w:tc>
          <w:tcPr>
            <w:tcW w:w="4320" w:type="dxa"/>
          </w:tcPr>
          <w:p w14:paraId="5C754361" w14:textId="77777777" w:rsidR="00370EEC" w:rsidRPr="00C6101D" w:rsidRDefault="0000000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3. Hedeflenen Öğrenme Çıktıları:</w:t>
            </w:r>
            <w:r w:rsidRPr="00C6101D">
              <w:rPr>
                <w:rFonts w:ascii="Cambria" w:hAnsi="Cambria" w:cstheme="majorHAnsi"/>
                <w:lang w:val="tr-TR"/>
              </w:rPr>
              <w:br/>
              <w:t>(Bu yenilikçi yaklaşımın öğrencilere hangi beceri veya kazanımları sağlamasını hedeflediniz?)</w:t>
            </w:r>
          </w:p>
        </w:tc>
        <w:tc>
          <w:tcPr>
            <w:tcW w:w="4320" w:type="dxa"/>
          </w:tcPr>
          <w:p w14:paraId="3A01BE91" w14:textId="77777777" w:rsidR="00370EEC" w:rsidRPr="00C6101D" w:rsidRDefault="00370EEC">
            <w:pPr>
              <w:rPr>
                <w:rFonts w:ascii="Cambria" w:hAnsi="Cambria" w:cstheme="majorHAnsi"/>
                <w:lang w:val="tr-TR"/>
              </w:rPr>
            </w:pPr>
          </w:p>
          <w:p w14:paraId="2B8F56B1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7F49EC86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77FB39A3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3A4C53CA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19A6C026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</w:tc>
      </w:tr>
      <w:tr w:rsidR="00370EEC" w:rsidRPr="00C6101D" w14:paraId="253B0EE5" w14:textId="77777777">
        <w:tc>
          <w:tcPr>
            <w:tcW w:w="4320" w:type="dxa"/>
          </w:tcPr>
          <w:p w14:paraId="3635FDA1" w14:textId="2BECDA3B" w:rsidR="00370EEC" w:rsidRPr="00C6101D" w:rsidRDefault="008D4BD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4</w:t>
            </w:r>
            <w:r w:rsidR="00DD6E2F" w:rsidRPr="00C6101D">
              <w:rPr>
                <w:rFonts w:ascii="Cambria" w:hAnsi="Cambria" w:cstheme="majorHAnsi"/>
                <w:lang w:val="tr-TR"/>
              </w:rPr>
              <w:t>. Öğrenme ve öğretme felsefenizi nasıl özetlersiniz?</w:t>
            </w:r>
          </w:p>
        </w:tc>
        <w:tc>
          <w:tcPr>
            <w:tcW w:w="4320" w:type="dxa"/>
          </w:tcPr>
          <w:p w14:paraId="225DF454" w14:textId="77777777" w:rsidR="00370EEC" w:rsidRPr="00C6101D" w:rsidRDefault="00370EEC">
            <w:pPr>
              <w:rPr>
                <w:rFonts w:ascii="Cambria" w:hAnsi="Cambria" w:cstheme="majorHAnsi"/>
                <w:lang w:val="tr-TR"/>
              </w:rPr>
            </w:pPr>
          </w:p>
          <w:p w14:paraId="1D3A2BBE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1382AB93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7DFA3600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  <w:p w14:paraId="504FECC5" w14:textId="77777777" w:rsidR="001C0A05" w:rsidRPr="00C6101D" w:rsidRDefault="001C0A05">
            <w:pPr>
              <w:rPr>
                <w:rFonts w:ascii="Cambria" w:hAnsi="Cambria" w:cstheme="majorHAnsi"/>
                <w:lang w:val="tr-TR"/>
              </w:rPr>
            </w:pPr>
          </w:p>
        </w:tc>
      </w:tr>
      <w:tr w:rsidR="0014306D" w:rsidRPr="00C6101D" w14:paraId="49BE5DD4" w14:textId="77777777">
        <w:tc>
          <w:tcPr>
            <w:tcW w:w="4320" w:type="dxa"/>
          </w:tcPr>
          <w:p w14:paraId="5EEAC2B1" w14:textId="20AAB4E3" w:rsidR="0014306D" w:rsidRPr="00C6101D" w:rsidRDefault="008655E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Style w:val="Strong"/>
                <w:rFonts w:ascii="Cambria" w:hAnsi="Cambria"/>
                <w:b w:val="0"/>
                <w:bCs w:val="0"/>
                <w:color w:val="000000"/>
              </w:rPr>
              <w:t>5</w:t>
            </w:r>
            <w:r w:rsidRPr="00C6101D">
              <w:rPr>
                <w:rFonts w:ascii="Cambria" w:hAnsi="Cambria" w:cstheme="majorHAnsi"/>
                <w:lang w:val="tr-TR"/>
              </w:rPr>
              <w:t xml:space="preserve">. Derslerinizde sürdürülebilirlik temasını nasıl ele alıyorsunuz? </w:t>
            </w:r>
          </w:p>
          <w:p w14:paraId="6AE6924D" w14:textId="77777777" w:rsidR="0014306D" w:rsidRPr="00C6101D" w:rsidRDefault="0014306D">
            <w:pPr>
              <w:rPr>
                <w:rFonts w:ascii="Cambria" w:hAnsi="Cambria" w:cstheme="majorHAnsi"/>
                <w:lang w:val="tr-TR"/>
              </w:rPr>
            </w:pPr>
          </w:p>
          <w:p w14:paraId="2CF3639D" w14:textId="77777777" w:rsidR="0014306D" w:rsidRPr="00C6101D" w:rsidRDefault="0014306D">
            <w:pPr>
              <w:rPr>
                <w:rFonts w:ascii="Cambria" w:hAnsi="Cambria" w:cstheme="majorHAnsi"/>
                <w:lang w:val="tr-TR"/>
              </w:rPr>
            </w:pPr>
          </w:p>
          <w:p w14:paraId="2B6BA871" w14:textId="77777777" w:rsidR="0014306D" w:rsidRPr="00C6101D" w:rsidRDefault="0014306D">
            <w:pPr>
              <w:rPr>
                <w:rFonts w:ascii="Cambria" w:hAnsi="Cambria" w:cstheme="majorHAnsi"/>
                <w:lang w:val="tr-TR"/>
              </w:rPr>
            </w:pPr>
          </w:p>
        </w:tc>
        <w:tc>
          <w:tcPr>
            <w:tcW w:w="4320" w:type="dxa"/>
          </w:tcPr>
          <w:p w14:paraId="5C29C6D9" w14:textId="77777777" w:rsidR="0014306D" w:rsidRPr="00C6101D" w:rsidRDefault="0014306D">
            <w:pPr>
              <w:rPr>
                <w:rFonts w:ascii="Cambria" w:hAnsi="Cambria" w:cstheme="majorHAnsi"/>
                <w:lang w:val="tr-TR"/>
              </w:rPr>
            </w:pPr>
          </w:p>
        </w:tc>
      </w:tr>
      <w:tr w:rsidR="008D4BD0" w:rsidRPr="00C6101D" w14:paraId="72E8F7CA" w14:textId="77777777">
        <w:tc>
          <w:tcPr>
            <w:tcW w:w="4320" w:type="dxa"/>
          </w:tcPr>
          <w:p w14:paraId="6E76F5B8" w14:textId="77777777" w:rsidR="008D4BD0" w:rsidRPr="00C6101D" w:rsidRDefault="008D4BD0" w:rsidP="008D4BD0">
            <w:pPr>
              <w:pStyle w:val="Heading2"/>
              <w:rPr>
                <w:rFonts w:ascii="Cambria" w:hAnsi="Cambria" w:cstheme="majorHAnsi"/>
                <w:sz w:val="22"/>
                <w:szCs w:val="22"/>
                <w:lang w:val="tr-TR"/>
              </w:rPr>
            </w:pPr>
            <w:r w:rsidRPr="00C6101D">
              <w:rPr>
                <w:rFonts w:ascii="Cambria" w:hAnsi="Cambria" w:cstheme="majorHAnsi"/>
                <w:sz w:val="22"/>
                <w:szCs w:val="22"/>
                <w:lang w:val="tr-TR"/>
              </w:rPr>
              <w:lastRenderedPageBreak/>
              <w:t>Ekler</w:t>
            </w:r>
          </w:p>
          <w:p w14:paraId="64BD7F10" w14:textId="77777777" w:rsidR="008D4BD0" w:rsidRPr="00C6101D" w:rsidRDefault="008D4BD0" w:rsidP="008D4BD0">
            <w:pPr>
              <w:rPr>
                <w:rFonts w:ascii="Cambria" w:hAnsi="Cambria" w:cstheme="majorHAnsi"/>
                <w:lang w:val="tr-TR"/>
              </w:rPr>
            </w:pPr>
            <w:r w:rsidRPr="00C6101D">
              <w:rPr>
                <w:rFonts w:ascii="Cambria" w:hAnsi="Cambria" w:cstheme="majorHAnsi"/>
                <w:lang w:val="tr-TR"/>
              </w:rPr>
              <w:t>- Ders Müfredatı</w:t>
            </w:r>
            <w:r w:rsidRPr="00C6101D">
              <w:rPr>
                <w:rFonts w:ascii="Cambria" w:hAnsi="Cambria" w:cstheme="majorHAnsi"/>
                <w:lang w:val="tr-TR"/>
              </w:rPr>
              <w:br/>
              <w:t>- Destekleyici Materyaller (Link veya dosyalar)</w:t>
            </w:r>
          </w:p>
          <w:p w14:paraId="6ACEC2C2" w14:textId="77777777" w:rsidR="008D4BD0" w:rsidRPr="00C6101D" w:rsidRDefault="008D4BD0">
            <w:pPr>
              <w:rPr>
                <w:rFonts w:ascii="Cambria" w:hAnsi="Cambria" w:cstheme="majorHAnsi"/>
                <w:lang w:val="tr-TR"/>
              </w:rPr>
            </w:pPr>
          </w:p>
        </w:tc>
        <w:tc>
          <w:tcPr>
            <w:tcW w:w="4320" w:type="dxa"/>
          </w:tcPr>
          <w:p w14:paraId="19126CE9" w14:textId="77777777" w:rsidR="008D4BD0" w:rsidRPr="00C6101D" w:rsidRDefault="008D4BD0">
            <w:pPr>
              <w:rPr>
                <w:rFonts w:ascii="Cambria" w:hAnsi="Cambria" w:cstheme="majorHAnsi"/>
                <w:lang w:val="tr-TR"/>
              </w:rPr>
            </w:pPr>
          </w:p>
        </w:tc>
      </w:tr>
    </w:tbl>
    <w:p w14:paraId="65B72C0C" w14:textId="77777777" w:rsidR="00370EEC" w:rsidRPr="00C6101D" w:rsidRDefault="00370EEC">
      <w:pPr>
        <w:rPr>
          <w:rFonts w:ascii="Cambria" w:hAnsi="Cambria" w:cstheme="majorHAnsi"/>
          <w:lang w:val="tr-TR"/>
        </w:rPr>
      </w:pPr>
    </w:p>
    <w:p w14:paraId="3F21C5CA" w14:textId="6CFF1F8E" w:rsidR="00370EEC" w:rsidRPr="00C6101D" w:rsidRDefault="001C0A05">
      <w:pPr>
        <w:pStyle w:val="Heading2"/>
        <w:rPr>
          <w:rFonts w:ascii="Cambria" w:hAnsi="Cambria" w:cstheme="majorHAnsi"/>
          <w:sz w:val="22"/>
          <w:szCs w:val="22"/>
          <w:lang w:val="tr-TR"/>
        </w:rPr>
      </w:pPr>
      <w:r w:rsidRPr="00C6101D">
        <w:rPr>
          <w:rFonts w:ascii="Cambria" w:hAnsi="Cambria" w:cstheme="majorHAnsi"/>
          <w:sz w:val="22"/>
          <w:szCs w:val="22"/>
          <w:lang w:val="tr-TR"/>
        </w:rPr>
        <w:t>E. Taahhüt ve Onay</w:t>
      </w:r>
    </w:p>
    <w:p w14:paraId="0DADB2C6" w14:textId="5BCC2D93" w:rsidR="00370EEC" w:rsidRPr="00C6101D" w:rsidRDefault="00000000">
      <w:pPr>
        <w:rPr>
          <w:rFonts w:ascii="Cambria" w:hAnsi="Cambria" w:cstheme="majorHAnsi"/>
          <w:lang w:val="tr-TR"/>
        </w:rPr>
      </w:pPr>
      <w:r w:rsidRPr="00C6101D">
        <w:rPr>
          <w:rFonts w:ascii="Cambria" w:hAnsi="Cambria" w:cstheme="majorHAnsi"/>
          <w:lang w:val="tr-TR"/>
        </w:rPr>
        <w:br/>
        <w:t>Yukarıdaki bilgilerin doğru ve eksiksiz olduğunu,</w:t>
      </w:r>
      <w:r w:rsidR="001C0A05" w:rsidRPr="00C6101D">
        <w:rPr>
          <w:rFonts w:ascii="Cambria" w:hAnsi="Cambria" w:cstheme="majorHAnsi"/>
          <w:lang w:val="tr-TR"/>
        </w:rPr>
        <w:t xml:space="preserve"> </w:t>
      </w:r>
      <w:r w:rsidRPr="00C6101D">
        <w:rPr>
          <w:rFonts w:ascii="Cambria" w:hAnsi="Cambria" w:cstheme="majorHAnsi"/>
          <w:lang w:val="tr-TR"/>
        </w:rPr>
        <w:t>AGÜ Öğretimde Yenilikçilik Ödülü şartnamesini kabul ettiğimi,</w:t>
      </w:r>
      <w:r w:rsidR="001C0A05" w:rsidRPr="00C6101D">
        <w:rPr>
          <w:rFonts w:ascii="Cambria" w:hAnsi="Cambria" w:cstheme="majorHAnsi"/>
          <w:lang w:val="tr-TR"/>
        </w:rPr>
        <w:t xml:space="preserve"> b</w:t>
      </w:r>
      <w:r w:rsidRPr="00C6101D">
        <w:rPr>
          <w:rFonts w:ascii="Cambria" w:hAnsi="Cambria" w:cstheme="majorHAnsi"/>
          <w:lang w:val="tr-TR"/>
        </w:rPr>
        <w:t>aşvuru için gerekli belgeleri ekte sunduğumu beyan ederim.</w:t>
      </w:r>
      <w:r w:rsidRPr="00C6101D">
        <w:rPr>
          <w:rFonts w:ascii="Cambria" w:hAnsi="Cambria" w:cstheme="majorHAnsi"/>
          <w:lang w:val="tr-TR"/>
        </w:rPr>
        <w:br/>
      </w:r>
      <w:r w:rsidRPr="00C6101D">
        <w:rPr>
          <w:rFonts w:ascii="Cambria" w:hAnsi="Cambria" w:cstheme="majorHAnsi"/>
          <w:lang w:val="tr-TR"/>
        </w:rPr>
        <w:br/>
      </w:r>
      <w:r w:rsidRPr="00C6101D">
        <w:rPr>
          <w:rFonts w:ascii="Cambria" w:hAnsi="Cambria" w:cstheme="majorHAnsi"/>
          <w:lang w:val="tr-TR"/>
        </w:rPr>
        <w:br/>
        <w:t>Adı Soyadı: ___________________</w:t>
      </w:r>
      <w:r w:rsidRPr="00C6101D">
        <w:rPr>
          <w:rFonts w:ascii="Cambria" w:hAnsi="Cambria" w:cstheme="majorHAnsi"/>
          <w:lang w:val="tr-TR"/>
        </w:rPr>
        <w:br/>
      </w:r>
      <w:r w:rsidRPr="00C6101D">
        <w:rPr>
          <w:rFonts w:ascii="Cambria" w:hAnsi="Cambria" w:cstheme="majorHAnsi"/>
          <w:lang w:val="tr-TR"/>
        </w:rPr>
        <w:br/>
        <w:t>İmza: ___________________</w:t>
      </w:r>
      <w:r w:rsidRPr="00C6101D">
        <w:rPr>
          <w:rFonts w:ascii="Cambria" w:hAnsi="Cambria" w:cstheme="majorHAnsi"/>
          <w:lang w:val="tr-TR"/>
        </w:rPr>
        <w:br/>
      </w:r>
      <w:r w:rsidRPr="00C6101D">
        <w:rPr>
          <w:rFonts w:ascii="Cambria" w:hAnsi="Cambria" w:cstheme="majorHAnsi"/>
          <w:lang w:val="tr-TR"/>
        </w:rPr>
        <w:br/>
        <w:t xml:space="preserve">Tarih: </w:t>
      </w:r>
      <w:r w:rsidR="008D4BD0" w:rsidRPr="00C6101D">
        <w:rPr>
          <w:rFonts w:ascii="Cambria" w:hAnsi="Cambria" w:cstheme="majorHAnsi"/>
          <w:lang w:val="tr-TR"/>
        </w:rPr>
        <w:t>2</w:t>
      </w:r>
      <w:r w:rsidR="00C54E8E" w:rsidRPr="00C6101D">
        <w:rPr>
          <w:rFonts w:ascii="Cambria" w:hAnsi="Cambria" w:cstheme="majorHAnsi"/>
          <w:lang w:val="tr-TR"/>
        </w:rPr>
        <w:t>4</w:t>
      </w:r>
      <w:r w:rsidR="008D4BD0" w:rsidRPr="00C6101D">
        <w:rPr>
          <w:rFonts w:ascii="Cambria" w:hAnsi="Cambria" w:cstheme="majorHAnsi"/>
          <w:lang w:val="tr-TR"/>
        </w:rPr>
        <w:t>/04/</w:t>
      </w:r>
      <w:r w:rsidRPr="00C6101D">
        <w:rPr>
          <w:rFonts w:ascii="Cambria" w:hAnsi="Cambria" w:cstheme="majorHAnsi"/>
          <w:lang w:val="tr-TR"/>
        </w:rPr>
        <w:t>202</w:t>
      </w:r>
      <w:r w:rsidR="008D4BD0" w:rsidRPr="00C6101D">
        <w:rPr>
          <w:rFonts w:ascii="Cambria" w:hAnsi="Cambria" w:cstheme="majorHAnsi"/>
          <w:lang w:val="tr-TR"/>
        </w:rPr>
        <w:t>5</w:t>
      </w:r>
    </w:p>
    <w:sectPr w:rsidR="00370EEC" w:rsidRPr="00C610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313083"/>
    <w:multiLevelType w:val="hybridMultilevel"/>
    <w:tmpl w:val="A2AA0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145565">
    <w:abstractNumId w:val="8"/>
  </w:num>
  <w:num w:numId="2" w16cid:durableId="214975476">
    <w:abstractNumId w:val="6"/>
  </w:num>
  <w:num w:numId="3" w16cid:durableId="269895567">
    <w:abstractNumId w:val="5"/>
  </w:num>
  <w:num w:numId="4" w16cid:durableId="542592853">
    <w:abstractNumId w:val="4"/>
  </w:num>
  <w:num w:numId="5" w16cid:durableId="2013070301">
    <w:abstractNumId w:val="7"/>
  </w:num>
  <w:num w:numId="6" w16cid:durableId="1410344024">
    <w:abstractNumId w:val="3"/>
  </w:num>
  <w:num w:numId="7" w16cid:durableId="1218012732">
    <w:abstractNumId w:val="2"/>
  </w:num>
  <w:num w:numId="8" w16cid:durableId="1745953997">
    <w:abstractNumId w:val="1"/>
  </w:num>
  <w:num w:numId="9" w16cid:durableId="2007585271">
    <w:abstractNumId w:val="0"/>
  </w:num>
  <w:num w:numId="10" w16cid:durableId="14118038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DE1"/>
    <w:rsid w:val="0006063C"/>
    <w:rsid w:val="0014306D"/>
    <w:rsid w:val="0015074B"/>
    <w:rsid w:val="001C0A05"/>
    <w:rsid w:val="001C446C"/>
    <w:rsid w:val="001C4FB3"/>
    <w:rsid w:val="0029639D"/>
    <w:rsid w:val="00326F90"/>
    <w:rsid w:val="00370EEC"/>
    <w:rsid w:val="006A4830"/>
    <w:rsid w:val="00817DD2"/>
    <w:rsid w:val="008655E0"/>
    <w:rsid w:val="008D4BD0"/>
    <w:rsid w:val="00AA1D8D"/>
    <w:rsid w:val="00B47730"/>
    <w:rsid w:val="00C54E8E"/>
    <w:rsid w:val="00C6101D"/>
    <w:rsid w:val="00CB0664"/>
    <w:rsid w:val="00D308D1"/>
    <w:rsid w:val="00DD6E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C211557"/>
  <w14:defaultImageDpi w14:val="300"/>
  <w15:docId w15:val="{62427DD2-3FB7-E04C-A9BE-DF0B02E2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Nur Ayçiçek</cp:lastModifiedBy>
  <cp:revision>9</cp:revision>
  <dcterms:created xsi:type="dcterms:W3CDTF">2013-12-23T23:15:00Z</dcterms:created>
  <dcterms:modified xsi:type="dcterms:W3CDTF">2025-07-31T12:10:00Z</dcterms:modified>
  <cp:category/>
</cp:coreProperties>
</file>